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sz w:val="40"/>
        </w:rPr>
        <w:t>Toolbox Talk and Sign-In</w:t>
      </w:r>
    </w:p>
    <w:p>
      <w:pPr>
        <w:spacing w:before="40" w:after="120"/>
      </w:pPr>
      <w:r>
        <w:rPr>
          <w:b/>
          <w:i w:val="0"/>
          <w:sz w:val="19"/>
        </w:rPr>
        <w:t xml:space="preserve">How to use: </w:t>
      </w:r>
      <w:r>
        <w:rPr>
          <w:b w:val="0"/>
          <w:i w:val="0"/>
          <w:sz w:val="19"/>
        </w:rPr>
        <w:t>Talk for about 5 minutes on one topic, then ask the crew a question. Everyone prints their name and signs below.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3552"/>
        <w:gridCol w:w="3552"/>
        <w:gridCol w:w="3552"/>
      </w:tblGrid>
      <w:tr>
        <w:trPr>
          <w:trHeight w:val="648" w:hRule="atLeast"/>
        </w:trPr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COMPANY / PROJECT</w:t>
            </w:r>
          </w:p>
          <w:p>
            <w:r>
              <w:rPr>
                <w:b w:val="0"/>
                <w:i/>
                <w:color w:val="A0A0A0"/>
                <w:sz w:val="17"/>
              </w:rPr>
              <w:t>Your company and project name</w:t>
            </w:r>
          </w:p>
        </w:tc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LOCATION</w:t>
            </w:r>
          </w:p>
          <w:p>
            <w:r>
              <w:rPr>
                <w:b w:val="0"/>
                <w:i/>
                <w:color w:val="A0A0A0"/>
                <w:sz w:val="17"/>
              </w:rPr>
              <w:t>Example: Main gate</w:t>
            </w:r>
          </w:p>
        </w:tc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DATE AND TIME</w:t>
            </w:r>
          </w:p>
          <w:p>
            <w:r>
              <w:rPr>
                <w:b w:val="0"/>
                <w:i/>
                <w:color w:val="A0A0A0"/>
                <w:sz w:val="17"/>
              </w:rPr>
              <w:t>Example: 10/20, 7:00 AM</w:t>
            </w:r>
          </w:p>
        </w:tc>
      </w:tr>
      <w:tr>
        <w:trPr>
          <w:trHeight w:val="648" w:hRule="atLeast"/>
        </w:trPr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LED BY</w:t>
            </w:r>
          </w:p>
          <w:p>
            <w:r>
              <w:rPr>
                <w:b w:val="0"/>
                <w:i/>
                <w:color w:val="A0A0A0"/>
                <w:sz w:val="17"/>
              </w:rPr>
              <w:t>Your name and role</w:t>
            </w:r>
          </w:p>
        </w:tc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TOPIC</w:t>
            </w:r>
          </w:p>
          <w:p>
            <w:r>
              <w:rPr>
                <w:b w:val="0"/>
                <w:i/>
                <w:color w:val="A0A0A0"/>
                <w:sz w:val="17"/>
              </w:rPr>
              <w:t>Example: Ladder safety</w:t>
            </w:r>
          </w:p>
        </w:tc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LENGTH</w:t>
            </w:r>
          </w:p>
          <w:p>
            <w:r>
              <w:rPr>
                <w:b w:val="0"/>
                <w:i/>
                <w:color w:val="A0A0A0"/>
                <w:sz w:val="17"/>
              </w:rPr>
              <w:t>Example: 5 minutes</w:t>
            </w:r>
          </w:p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Key points (aim for 3)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1. Check the ladder before you climb. 2. Keep 3 points of contact. 3. Don't stand on the top step.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Questions or concerns raised by the crew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Need more short ladders on Level 2.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639"/>
        <w:gridCol w:w="3836"/>
        <w:gridCol w:w="2984"/>
        <w:gridCol w:w="3197"/>
      </w:tblGrid>
      <w:tr>
        <w:tc>
          <w:tcPr>
            <w:tcW w:type="dxa" w:w="639"/>
            <w:shd w:val="clear" w:fill="E9E9E9"/>
          </w:tcPr>
          <w:p>
            <w:r>
              <w:rPr>
                <w:b/>
                <w:i w:val="0"/>
                <w:sz w:val="17"/>
              </w:rPr>
              <w:t>#</w:t>
            </w:r>
          </w:p>
        </w:tc>
        <w:tc>
          <w:tcPr>
            <w:tcW w:type="dxa" w:w="3836"/>
            <w:shd w:val="clear" w:fill="E9E9E9"/>
          </w:tcPr>
          <w:p>
            <w:r>
              <w:rPr>
                <w:b/>
                <w:i w:val="0"/>
                <w:sz w:val="17"/>
              </w:rPr>
              <w:t>Name (print)</w:t>
            </w:r>
          </w:p>
        </w:tc>
        <w:tc>
          <w:tcPr>
            <w:tcW w:type="dxa" w:w="2984"/>
            <w:shd w:val="clear" w:fill="E9E9E9"/>
          </w:tcPr>
          <w:p>
            <w:r>
              <w:rPr>
                <w:b/>
                <w:i w:val="0"/>
                <w:sz w:val="17"/>
              </w:rPr>
              <w:t>Company or crew</w:t>
            </w:r>
          </w:p>
        </w:tc>
        <w:tc>
          <w:tcPr>
            <w:tcW w:type="dxa" w:w="3197"/>
            <w:shd w:val="clear" w:fill="E9E9E9"/>
          </w:tcPr>
          <w:p>
            <w:r>
              <w:rPr>
                <w:b/>
                <w:i w:val="0"/>
                <w:sz w:val="17"/>
              </w:rPr>
              <w:t>Signature</w:t>
            </w:r>
          </w:p>
        </w:tc>
      </w:tr>
      <w:tr>
        <w:trPr>
          <w:trHeight w:val="389" w:hRule="atLeast"/>
        </w:trPr>
        <w:tc>
          <w:tcPr>
            <w:tcW w:type="dxa" w:w="639"/>
          </w:tcPr>
          <w:p>
            <w:r>
              <w:rPr>
                <w:b w:val="0"/>
                <w:i/>
                <w:color w:val="A0A0A0"/>
                <w:sz w:val="17"/>
              </w:rPr>
              <w:t>1</w:t>
            </w:r>
          </w:p>
        </w:tc>
        <w:tc>
          <w:tcPr>
            <w:tcW w:type="dxa" w:w="3836"/>
          </w:tcPr>
          <w:p>
            <w:r>
              <w:rPr>
                <w:b w:val="0"/>
                <w:i/>
                <w:color w:val="A0A0A0"/>
                <w:sz w:val="17"/>
              </w:rPr>
              <w:t>Print full name</w:t>
            </w:r>
          </w:p>
        </w:tc>
        <w:tc>
          <w:tcPr>
            <w:tcW w:type="dxa" w:w="2984"/>
          </w:tcPr>
          <w:p>
            <w:r>
              <w:rPr>
                <w:b w:val="0"/>
                <w:i/>
                <w:color w:val="A0A0A0"/>
                <w:sz w:val="17"/>
              </w:rPr>
              <w:t>Company or crew</w:t>
            </w:r>
          </w:p>
        </w:tc>
        <w:tc>
          <w:tcPr>
            <w:tcW w:type="dxa" w:w="3197"/>
          </w:tcPr>
          <w:p>
            <w:r>
              <w:rPr>
                <w:b w:val="0"/>
                <w:i/>
                <w:color w:val="A0A0A0"/>
                <w:sz w:val="17"/>
              </w:rPr>
              <w:t>Sign here</w:t>
            </w:r>
          </w:p>
        </w:tc>
      </w:tr>
      <w:tr>
        <w:trPr>
          <w:trHeight w:val="389" w:hRule="atLeast"/>
        </w:trPr>
        <w:tc>
          <w:tcPr>
            <w:tcW w:type="dxa" w:w="639"/>
          </w:tcPr>
          <w:p/>
        </w:tc>
        <w:tc>
          <w:tcPr>
            <w:tcW w:type="dxa" w:w="3836"/>
          </w:tcPr>
          <w:p/>
        </w:tc>
        <w:tc>
          <w:tcPr>
            <w:tcW w:type="dxa" w:w="2984"/>
          </w:tcPr>
          <w:p/>
        </w:tc>
        <w:tc>
          <w:tcPr>
            <w:tcW w:type="dxa" w:w="3197"/>
          </w:tcPr>
          <w:p/>
        </w:tc>
      </w:tr>
      <w:tr>
        <w:trPr>
          <w:trHeight w:val="389" w:hRule="atLeast"/>
        </w:trPr>
        <w:tc>
          <w:tcPr>
            <w:tcW w:type="dxa" w:w="639"/>
          </w:tcPr>
          <w:p/>
        </w:tc>
        <w:tc>
          <w:tcPr>
            <w:tcW w:type="dxa" w:w="3836"/>
          </w:tcPr>
          <w:p/>
        </w:tc>
        <w:tc>
          <w:tcPr>
            <w:tcW w:type="dxa" w:w="2984"/>
          </w:tcPr>
          <w:p/>
        </w:tc>
        <w:tc>
          <w:tcPr>
            <w:tcW w:type="dxa" w:w="3197"/>
          </w:tcPr>
          <w:p/>
        </w:tc>
      </w:tr>
      <w:tr>
        <w:trPr>
          <w:trHeight w:val="389" w:hRule="atLeast"/>
        </w:trPr>
        <w:tc>
          <w:tcPr>
            <w:tcW w:type="dxa" w:w="639"/>
          </w:tcPr>
          <w:p/>
        </w:tc>
        <w:tc>
          <w:tcPr>
            <w:tcW w:type="dxa" w:w="3836"/>
          </w:tcPr>
          <w:p/>
        </w:tc>
        <w:tc>
          <w:tcPr>
            <w:tcW w:type="dxa" w:w="2984"/>
          </w:tcPr>
          <w:p/>
        </w:tc>
        <w:tc>
          <w:tcPr>
            <w:tcW w:type="dxa" w:w="3197"/>
          </w:tcPr>
          <w:p/>
        </w:tc>
      </w:tr>
      <w:tr>
        <w:trPr>
          <w:trHeight w:val="389" w:hRule="atLeast"/>
        </w:trPr>
        <w:tc>
          <w:tcPr>
            <w:tcW w:type="dxa" w:w="639"/>
          </w:tcPr>
          <w:p/>
        </w:tc>
        <w:tc>
          <w:tcPr>
            <w:tcW w:type="dxa" w:w="3836"/>
          </w:tcPr>
          <w:p/>
        </w:tc>
        <w:tc>
          <w:tcPr>
            <w:tcW w:type="dxa" w:w="2984"/>
          </w:tcPr>
          <w:p/>
        </w:tc>
        <w:tc>
          <w:tcPr>
            <w:tcW w:type="dxa" w:w="3197"/>
          </w:tcPr>
          <w:p/>
        </w:tc>
      </w:tr>
      <w:tr>
        <w:trPr>
          <w:trHeight w:val="389" w:hRule="atLeast"/>
        </w:trPr>
        <w:tc>
          <w:tcPr>
            <w:tcW w:type="dxa" w:w="639"/>
          </w:tcPr>
          <w:p/>
        </w:tc>
        <w:tc>
          <w:tcPr>
            <w:tcW w:type="dxa" w:w="3836"/>
          </w:tcPr>
          <w:p/>
        </w:tc>
        <w:tc>
          <w:tcPr>
            <w:tcW w:type="dxa" w:w="2984"/>
          </w:tcPr>
          <w:p/>
        </w:tc>
        <w:tc>
          <w:tcPr>
            <w:tcW w:type="dxa" w:w="3197"/>
          </w:tcPr>
          <w:p/>
        </w:tc>
      </w:tr>
      <w:tr>
        <w:trPr>
          <w:trHeight w:val="389" w:hRule="atLeast"/>
        </w:trPr>
        <w:tc>
          <w:tcPr>
            <w:tcW w:type="dxa" w:w="639"/>
          </w:tcPr>
          <w:p/>
        </w:tc>
        <w:tc>
          <w:tcPr>
            <w:tcW w:type="dxa" w:w="3836"/>
          </w:tcPr>
          <w:p/>
        </w:tc>
        <w:tc>
          <w:tcPr>
            <w:tcW w:type="dxa" w:w="2984"/>
          </w:tcPr>
          <w:p/>
        </w:tc>
        <w:tc>
          <w:tcPr>
            <w:tcW w:type="dxa" w:w="3197"/>
          </w:tcPr>
          <w:p/>
        </w:tc>
      </w:tr>
      <w:tr>
        <w:trPr>
          <w:trHeight w:val="389" w:hRule="atLeast"/>
        </w:trPr>
        <w:tc>
          <w:tcPr>
            <w:tcW w:type="dxa" w:w="639"/>
          </w:tcPr>
          <w:p/>
        </w:tc>
        <w:tc>
          <w:tcPr>
            <w:tcW w:type="dxa" w:w="3836"/>
          </w:tcPr>
          <w:p/>
        </w:tc>
        <w:tc>
          <w:tcPr>
            <w:tcW w:type="dxa" w:w="2984"/>
          </w:tcPr>
          <w:p/>
        </w:tc>
        <w:tc>
          <w:tcPr>
            <w:tcW w:type="dxa" w:w="3197"/>
          </w:tcPr>
          <w:p/>
        </w:tc>
      </w:tr>
      <w:tr>
        <w:trPr>
          <w:trHeight w:val="389" w:hRule="atLeast"/>
        </w:trPr>
        <w:tc>
          <w:tcPr>
            <w:tcW w:type="dxa" w:w="639"/>
          </w:tcPr>
          <w:p/>
        </w:tc>
        <w:tc>
          <w:tcPr>
            <w:tcW w:type="dxa" w:w="3836"/>
          </w:tcPr>
          <w:p/>
        </w:tc>
        <w:tc>
          <w:tcPr>
            <w:tcW w:type="dxa" w:w="2984"/>
          </w:tcPr>
          <w:p/>
        </w:tc>
        <w:tc>
          <w:tcPr>
            <w:tcW w:type="dxa" w:w="3197"/>
          </w:tcPr>
          <w:p/>
        </w:tc>
      </w:tr>
      <w:tr>
        <w:trPr>
          <w:trHeight w:val="389" w:hRule="atLeast"/>
        </w:trPr>
        <w:tc>
          <w:tcPr>
            <w:tcW w:type="dxa" w:w="639"/>
          </w:tcPr>
          <w:p/>
        </w:tc>
        <w:tc>
          <w:tcPr>
            <w:tcW w:type="dxa" w:w="3836"/>
          </w:tcPr>
          <w:p/>
        </w:tc>
        <w:tc>
          <w:tcPr>
            <w:tcW w:type="dxa" w:w="2984"/>
          </w:tcPr>
          <w:p/>
        </w:tc>
        <w:tc>
          <w:tcPr>
            <w:tcW w:type="dxa" w:w="3197"/>
          </w:tcPr>
          <w:p/>
        </w:tc>
      </w:tr>
      <w:tr>
        <w:trPr>
          <w:trHeight w:val="389" w:hRule="atLeast"/>
        </w:trPr>
        <w:tc>
          <w:tcPr>
            <w:tcW w:type="dxa" w:w="639"/>
          </w:tcPr>
          <w:p/>
        </w:tc>
        <w:tc>
          <w:tcPr>
            <w:tcW w:type="dxa" w:w="3836"/>
          </w:tcPr>
          <w:p/>
        </w:tc>
        <w:tc>
          <w:tcPr>
            <w:tcW w:type="dxa" w:w="2984"/>
          </w:tcPr>
          <w:p/>
        </w:tc>
        <w:tc>
          <w:tcPr>
            <w:tcW w:type="dxa" w:w="3197"/>
          </w:tcPr>
          <w:p/>
        </w:tc>
      </w:tr>
      <w:tr>
        <w:trPr>
          <w:trHeight w:val="389" w:hRule="atLeast"/>
        </w:trPr>
        <w:tc>
          <w:tcPr>
            <w:tcW w:type="dxa" w:w="639"/>
          </w:tcPr>
          <w:p/>
        </w:tc>
        <w:tc>
          <w:tcPr>
            <w:tcW w:type="dxa" w:w="3836"/>
          </w:tcPr>
          <w:p/>
        </w:tc>
        <w:tc>
          <w:tcPr>
            <w:tcW w:type="dxa" w:w="2984"/>
          </w:tcPr>
          <w:p/>
        </w:tc>
        <w:tc>
          <w:tcPr>
            <w:tcW w:type="dxa" w:w="3197"/>
          </w:tcPr>
          <w:p/>
        </w:tc>
      </w:tr>
      <w:tr>
        <w:trPr>
          <w:trHeight w:val="389" w:hRule="atLeast"/>
        </w:trPr>
        <w:tc>
          <w:tcPr>
            <w:tcW w:type="dxa" w:w="639"/>
          </w:tcPr>
          <w:p/>
        </w:tc>
        <w:tc>
          <w:tcPr>
            <w:tcW w:type="dxa" w:w="3836"/>
          </w:tcPr>
          <w:p/>
        </w:tc>
        <w:tc>
          <w:tcPr>
            <w:tcW w:type="dxa" w:w="2984"/>
          </w:tcPr>
          <w:p/>
        </w:tc>
        <w:tc>
          <w:tcPr>
            <w:tcW w:type="dxa" w:w="3197"/>
          </w:tcPr>
          <w:p/>
        </w:tc>
      </w:tr>
      <w:tr>
        <w:trPr>
          <w:trHeight w:val="389" w:hRule="atLeast"/>
        </w:trPr>
        <w:tc>
          <w:tcPr>
            <w:tcW w:type="dxa" w:w="639"/>
          </w:tcPr>
          <w:p/>
        </w:tc>
        <w:tc>
          <w:tcPr>
            <w:tcW w:type="dxa" w:w="3836"/>
          </w:tcPr>
          <w:p/>
        </w:tc>
        <w:tc>
          <w:tcPr>
            <w:tcW w:type="dxa" w:w="2984"/>
          </w:tcPr>
          <w:p/>
        </w:tc>
        <w:tc>
          <w:tcPr>
            <w:tcW w:type="dxa" w:w="3197"/>
          </w:tcPr>
          <w:p/>
        </w:tc>
      </w:tr>
      <w:tr>
        <w:trPr>
          <w:trHeight w:val="389" w:hRule="atLeast"/>
        </w:trPr>
        <w:tc>
          <w:tcPr>
            <w:tcW w:type="dxa" w:w="639"/>
          </w:tcPr>
          <w:p/>
        </w:tc>
        <w:tc>
          <w:tcPr>
            <w:tcW w:type="dxa" w:w="3836"/>
          </w:tcPr>
          <w:p/>
        </w:tc>
        <w:tc>
          <w:tcPr>
            <w:tcW w:type="dxa" w:w="2984"/>
          </w:tcPr>
          <w:p/>
        </w:tc>
        <w:tc>
          <w:tcPr>
            <w:tcW w:type="dxa" w:w="3197"/>
          </w:tcPr>
          <w:p/>
        </w:tc>
      </w:tr>
      <w:tr>
        <w:trPr>
          <w:trHeight w:val="389" w:hRule="atLeast"/>
        </w:trPr>
        <w:tc>
          <w:tcPr>
            <w:tcW w:type="dxa" w:w="639"/>
          </w:tcPr>
          <w:p/>
        </w:tc>
        <w:tc>
          <w:tcPr>
            <w:tcW w:type="dxa" w:w="3836"/>
          </w:tcPr>
          <w:p/>
        </w:tc>
        <w:tc>
          <w:tcPr>
            <w:tcW w:type="dxa" w:w="2984"/>
          </w:tcPr>
          <w:p/>
        </w:tc>
        <w:tc>
          <w:tcPr>
            <w:tcW w:type="dxa" w:w="3197"/>
          </w:tcPr>
          <w:p/>
        </w:tc>
      </w:tr>
    </w:tbl>
    <w:sectPr w:rsidR="00FC693F" w:rsidRPr="0006063C" w:rsidSect="00034616">
      <w:footerReference w:type="default" r:id="rId9"/>
      <w:pgSz w:w="12240" w:h="15840"/>
      <w:pgMar w:top="648" w:right="792" w:bottom="576" w:left="792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201168" cy="20116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168" cy="201168"/>
                  </a:xfrm>
                  <a:prstGeom prst="rect"/>
                </pic:spPr>
              </pic:pic>
            </a:graphicData>
          </a:graphic>
        </wp:inline>
      </w:drawing>
    </w:r>
    <w:r>
      <w:rPr>
        <w:b w:val="0"/>
        <w:i w:val="0"/>
        <w:color w:val="A0A0A0"/>
        <w:sz w:val="15"/>
      </w:rPr>
      <w:t xml:space="preserve">   hardhathacks.com   |   Free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